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58B7C0" w14:textId="77777777" w:rsidR="00037D46" w:rsidRDefault="00000000" w:rsidP="00B44CE8">
      <w:pPr>
        <w:spacing w:after="0"/>
      </w:pPr>
      <w:r>
        <w:t>Kapesník – důležitá hygienická pomůcka</w:t>
      </w:r>
    </w:p>
    <w:p w14:paraId="2F8E3617" w14:textId="77777777" w:rsidR="00037D46" w:rsidRDefault="00000000" w:rsidP="00B44CE8">
      <w:pPr>
        <w:spacing w:after="0"/>
      </w:pPr>
      <w:r>
        <w:t>Kapesník patří mezi základní hygienické pomůcky, které by měl mít každý člověk vždy u sebe. Používá se především při smrkání, k zachycení kapének při kašli nebo k otření rukou a obličeje.</w:t>
      </w:r>
    </w:p>
    <w:p w14:paraId="7DBDD510" w14:textId="77777777" w:rsidR="00037D46" w:rsidRDefault="00000000" w:rsidP="00B44CE8">
      <w:pPr>
        <w:spacing w:after="0"/>
      </w:pPr>
      <w:r>
        <w:t>V současnosti rozlišujeme dva hlavní typy kapesníků: látkové a papírové. Látkové kapesníky jsou opakovaně použitelné, ale je nutné je pravidelně prát. Papírové kapesníky jsou jednorázové a hygieničtější, protože po použití se ihned vyhazují.</w:t>
      </w:r>
    </w:p>
    <w:p w14:paraId="76A3B64E" w14:textId="77777777" w:rsidR="00037D46" w:rsidRDefault="00000000" w:rsidP="00B44CE8">
      <w:pPr>
        <w:spacing w:after="0"/>
      </w:pPr>
      <w:r>
        <w:t>Správné používání kapesníku je důležité zejména při nachlazení nebo jiném infekčním onemocnění. Použitý kapesník by měl být vždy vyhozen do odpadkového koše a následně je nutné si umýt ruce.</w:t>
      </w:r>
    </w:p>
    <w:p w14:paraId="0195B2F8" w14:textId="435B8D60" w:rsidR="00037D46" w:rsidRDefault="00000000" w:rsidP="00B44CE8">
      <w:pPr>
        <w:spacing w:after="0"/>
      </w:pPr>
      <w:r>
        <w:t>Nedodržování hygienických zásad může vést k šíření nemocí</w:t>
      </w:r>
      <w:r w:rsidR="00B44CE8">
        <w:t>.</w:t>
      </w:r>
      <w:r>
        <w:t xml:space="preserve"> </w:t>
      </w:r>
      <w:r w:rsidR="00B44CE8">
        <w:t xml:space="preserve"> Nákaza se nejvíce šíří ve větších </w:t>
      </w:r>
      <w:r>
        <w:t>kolektivech</w:t>
      </w:r>
      <w:r w:rsidR="00B44CE8">
        <w:t>, ve školách, v hromadné dopravě</w:t>
      </w:r>
      <w:r>
        <w:t xml:space="preserve"> </w:t>
      </w:r>
      <w:r w:rsidR="00B44CE8">
        <w:t>a</w:t>
      </w:r>
      <w:r>
        <w:t xml:space="preserve"> zdravotnick</w:t>
      </w:r>
      <w:r w:rsidR="00B44CE8">
        <w:t>ých</w:t>
      </w:r>
      <w:r>
        <w:t xml:space="preserve"> zařízení.</w:t>
      </w:r>
    </w:p>
    <w:p w14:paraId="2CBEB5D8" w14:textId="0356D90B" w:rsidR="00B44CE8" w:rsidRDefault="00B44CE8" w:rsidP="00B44CE8">
      <w:pPr>
        <w:spacing w:after="0"/>
      </w:pPr>
      <w:r>
        <w:t>Co je to kapénková infekce a jak se šíří.</w:t>
      </w:r>
    </w:p>
    <w:p w14:paraId="551F1DD7" w14:textId="31BF94F2" w:rsidR="00380585" w:rsidRDefault="00380585" w:rsidP="00B44CE8">
      <w:pPr>
        <w:spacing w:after="0"/>
      </w:pPr>
      <w:r w:rsidRPr="00380585">
        <w:t xml:space="preserve">Kapénková infekce je způsob </w:t>
      </w:r>
      <w:proofErr w:type="spellStart"/>
      <w:r w:rsidRPr="00380585">
        <w:t>přenosu</w:t>
      </w:r>
      <w:proofErr w:type="spellEnd"/>
      <w:r w:rsidRPr="00380585">
        <w:t xml:space="preserve"> </w:t>
      </w:r>
      <w:proofErr w:type="spellStart"/>
      <w:r w:rsidRPr="00380585">
        <w:t>onemocnění</w:t>
      </w:r>
      <w:proofErr w:type="spellEnd"/>
      <w:r w:rsidRPr="00380585">
        <w:t xml:space="preserve">, </w:t>
      </w:r>
      <w:proofErr w:type="spellStart"/>
      <w:r w:rsidRPr="00380585">
        <w:t>při</w:t>
      </w:r>
      <w:proofErr w:type="spellEnd"/>
      <w:r w:rsidRPr="00380585">
        <w:t xml:space="preserve"> </w:t>
      </w:r>
      <w:proofErr w:type="spellStart"/>
      <w:r w:rsidRPr="00380585">
        <w:t>kterém</w:t>
      </w:r>
      <w:proofErr w:type="spellEnd"/>
      <w:r w:rsidRPr="00380585">
        <w:t xml:space="preserve"> se </w:t>
      </w:r>
      <w:proofErr w:type="spellStart"/>
      <w:r w:rsidRPr="00380585">
        <w:t>původci</w:t>
      </w:r>
      <w:proofErr w:type="spellEnd"/>
      <w:r w:rsidRPr="00380585">
        <w:t xml:space="preserve"> </w:t>
      </w:r>
      <w:proofErr w:type="spellStart"/>
      <w:r w:rsidRPr="00380585">
        <w:t>nákazy</w:t>
      </w:r>
      <w:proofErr w:type="spellEnd"/>
      <w:r w:rsidRPr="00380585">
        <w:t xml:space="preserve"> (</w:t>
      </w:r>
      <w:proofErr w:type="spellStart"/>
      <w:r w:rsidRPr="00380585">
        <w:t>viry</w:t>
      </w:r>
      <w:proofErr w:type="spellEnd"/>
      <w:r w:rsidRPr="00380585">
        <w:t xml:space="preserve"> </w:t>
      </w:r>
      <w:proofErr w:type="spellStart"/>
      <w:r w:rsidRPr="00380585">
        <w:t>nebo</w:t>
      </w:r>
      <w:proofErr w:type="spellEnd"/>
      <w:r w:rsidRPr="00380585">
        <w:t xml:space="preserve"> </w:t>
      </w:r>
      <w:proofErr w:type="spellStart"/>
      <w:r w:rsidRPr="00380585">
        <w:t>bakterie</w:t>
      </w:r>
      <w:proofErr w:type="spellEnd"/>
      <w:r w:rsidRPr="00380585">
        <w:t xml:space="preserve">) šíří </w:t>
      </w:r>
      <w:proofErr w:type="spellStart"/>
      <w:r w:rsidRPr="00380585">
        <w:rPr>
          <w:b/>
          <w:bCs/>
        </w:rPr>
        <w:t>drobounkými</w:t>
      </w:r>
      <w:proofErr w:type="spellEnd"/>
      <w:r w:rsidRPr="00380585">
        <w:rPr>
          <w:b/>
          <w:bCs/>
        </w:rPr>
        <w:t xml:space="preserve"> </w:t>
      </w:r>
      <w:proofErr w:type="spellStart"/>
      <w:r w:rsidRPr="00380585">
        <w:rPr>
          <w:b/>
          <w:bCs/>
        </w:rPr>
        <w:t>kapénkami</w:t>
      </w:r>
      <w:proofErr w:type="spellEnd"/>
      <w:r w:rsidRPr="00380585">
        <w:t xml:space="preserve"> z </w:t>
      </w:r>
      <w:proofErr w:type="spellStart"/>
      <w:r w:rsidRPr="00380585">
        <w:t>dýchacích</w:t>
      </w:r>
      <w:proofErr w:type="spellEnd"/>
      <w:r w:rsidRPr="00380585">
        <w:t xml:space="preserve"> </w:t>
      </w:r>
      <w:proofErr w:type="spellStart"/>
      <w:r w:rsidRPr="00380585">
        <w:t>cest</w:t>
      </w:r>
      <w:proofErr w:type="spellEnd"/>
      <w:r w:rsidRPr="00380585">
        <w:t xml:space="preserve"> </w:t>
      </w:r>
      <w:proofErr w:type="spellStart"/>
      <w:r w:rsidRPr="00380585">
        <w:t>nemocného</w:t>
      </w:r>
      <w:proofErr w:type="spellEnd"/>
      <w:r w:rsidRPr="00380585">
        <w:t xml:space="preserve"> </w:t>
      </w:r>
      <w:proofErr w:type="spellStart"/>
      <w:r w:rsidRPr="00380585">
        <w:t>člověka</w:t>
      </w:r>
      <w:proofErr w:type="spellEnd"/>
      <w:r w:rsidRPr="00380585">
        <w:t>.</w:t>
      </w:r>
    </w:p>
    <w:p w14:paraId="1F529061" w14:textId="09488C87" w:rsidR="00B44CE8" w:rsidRDefault="00B44CE8" w:rsidP="00B44CE8">
      <w:pPr>
        <w:spacing w:after="0"/>
      </w:pPr>
      <w:proofErr w:type="spellStart"/>
      <w:r w:rsidRPr="00B44CE8">
        <w:t>Kapénkovou</w:t>
      </w:r>
      <w:proofErr w:type="spellEnd"/>
      <w:r w:rsidRPr="00B44CE8">
        <w:t xml:space="preserve"> </w:t>
      </w:r>
      <w:proofErr w:type="spellStart"/>
      <w:r w:rsidRPr="00B44CE8">
        <w:t>infekcí</w:t>
      </w:r>
      <w:proofErr w:type="spellEnd"/>
      <w:r w:rsidRPr="00B44CE8">
        <w:t xml:space="preserve"> se </w:t>
      </w:r>
      <w:proofErr w:type="spellStart"/>
      <w:r w:rsidRPr="00B44CE8">
        <w:t>přenášejí</w:t>
      </w:r>
      <w:proofErr w:type="spellEnd"/>
      <w:r w:rsidRPr="00B44CE8">
        <w:t xml:space="preserve"> </w:t>
      </w:r>
      <w:proofErr w:type="spellStart"/>
      <w:r w:rsidRPr="00B44CE8">
        <w:t>nemoci</w:t>
      </w:r>
      <w:proofErr w:type="spellEnd"/>
      <w:r w:rsidRPr="00B44CE8">
        <w:t xml:space="preserve">, </w:t>
      </w:r>
      <w:proofErr w:type="spellStart"/>
      <w:r w:rsidRPr="00B44CE8">
        <w:t>při</w:t>
      </w:r>
      <w:proofErr w:type="spellEnd"/>
      <w:r w:rsidRPr="00B44CE8">
        <w:t xml:space="preserve"> </w:t>
      </w:r>
      <w:proofErr w:type="spellStart"/>
      <w:r w:rsidRPr="00B44CE8">
        <w:t>kterých</w:t>
      </w:r>
      <w:proofErr w:type="spellEnd"/>
      <w:r w:rsidRPr="00B44CE8">
        <w:t xml:space="preserve"> se </w:t>
      </w:r>
      <w:proofErr w:type="spellStart"/>
      <w:r w:rsidRPr="00B44CE8">
        <w:t>původci</w:t>
      </w:r>
      <w:proofErr w:type="spellEnd"/>
      <w:r w:rsidRPr="00B44CE8">
        <w:t xml:space="preserve"> (</w:t>
      </w:r>
      <w:proofErr w:type="spellStart"/>
      <w:r w:rsidRPr="00B44CE8">
        <w:t>viry</w:t>
      </w:r>
      <w:proofErr w:type="spellEnd"/>
      <w:r w:rsidRPr="00B44CE8">
        <w:t xml:space="preserve"> </w:t>
      </w:r>
      <w:proofErr w:type="spellStart"/>
      <w:r w:rsidRPr="00B44CE8">
        <w:t>nebo</w:t>
      </w:r>
      <w:proofErr w:type="spellEnd"/>
      <w:r w:rsidRPr="00B44CE8">
        <w:t xml:space="preserve"> </w:t>
      </w:r>
      <w:proofErr w:type="spellStart"/>
      <w:r w:rsidRPr="00B44CE8">
        <w:t>bakterie</w:t>
      </w:r>
      <w:proofErr w:type="spellEnd"/>
      <w:r w:rsidRPr="00B44CE8">
        <w:t xml:space="preserve">) šíří </w:t>
      </w:r>
      <w:proofErr w:type="spellStart"/>
      <w:r w:rsidRPr="00B44CE8">
        <w:t>drobnými</w:t>
      </w:r>
      <w:proofErr w:type="spellEnd"/>
      <w:r w:rsidRPr="00B44CE8">
        <w:t xml:space="preserve"> </w:t>
      </w:r>
      <w:proofErr w:type="spellStart"/>
      <w:r w:rsidRPr="00B44CE8">
        <w:t>kapénkami</w:t>
      </w:r>
      <w:proofErr w:type="spellEnd"/>
      <w:r w:rsidRPr="00B44CE8">
        <w:t xml:space="preserve"> z </w:t>
      </w:r>
      <w:proofErr w:type="spellStart"/>
      <w:r w:rsidRPr="00B44CE8">
        <w:t>dýchacích</w:t>
      </w:r>
      <w:proofErr w:type="spellEnd"/>
      <w:r w:rsidRPr="00B44CE8">
        <w:t xml:space="preserve"> </w:t>
      </w:r>
      <w:proofErr w:type="spellStart"/>
      <w:r w:rsidRPr="00B44CE8">
        <w:t>cest</w:t>
      </w:r>
      <w:proofErr w:type="spellEnd"/>
      <w:r w:rsidRPr="00B44CE8">
        <w:t xml:space="preserve"> – </w:t>
      </w:r>
      <w:proofErr w:type="spellStart"/>
      <w:r w:rsidRPr="00B44CE8">
        <w:t>například</w:t>
      </w:r>
      <w:proofErr w:type="spellEnd"/>
      <w:r w:rsidRPr="00B44CE8">
        <w:t xml:space="preserve"> </w:t>
      </w:r>
      <w:proofErr w:type="spellStart"/>
      <w:r w:rsidRPr="00B44CE8">
        <w:t>při</w:t>
      </w:r>
      <w:proofErr w:type="spellEnd"/>
      <w:r w:rsidRPr="00B44CE8">
        <w:t xml:space="preserve"> </w:t>
      </w:r>
      <w:proofErr w:type="spellStart"/>
      <w:r w:rsidRPr="00B44CE8">
        <w:t>kašli</w:t>
      </w:r>
      <w:proofErr w:type="spellEnd"/>
      <w:r w:rsidRPr="00B44CE8">
        <w:t xml:space="preserve">, </w:t>
      </w:r>
      <w:proofErr w:type="spellStart"/>
      <w:r w:rsidRPr="00B44CE8">
        <w:t>kýchání</w:t>
      </w:r>
      <w:proofErr w:type="spellEnd"/>
      <w:r w:rsidRPr="00B44CE8">
        <w:t xml:space="preserve"> </w:t>
      </w:r>
      <w:proofErr w:type="spellStart"/>
      <w:r w:rsidRPr="00B44CE8">
        <w:t>nebo</w:t>
      </w:r>
      <w:proofErr w:type="spellEnd"/>
      <w:r w:rsidRPr="00B44CE8">
        <w:t xml:space="preserve"> </w:t>
      </w:r>
      <w:proofErr w:type="spellStart"/>
      <w:r w:rsidRPr="00B44CE8">
        <w:t>mluvení</w:t>
      </w:r>
      <w:proofErr w:type="spellEnd"/>
      <w:r w:rsidRPr="00B44CE8">
        <w:t>.</w:t>
      </w:r>
    </w:p>
    <w:p w14:paraId="7D797EBB" w14:textId="44E0BF4F" w:rsidR="00B44CE8" w:rsidRDefault="00CD3101" w:rsidP="00B44CE8">
      <w:pPr>
        <w:spacing w:after="0"/>
      </w:pPr>
      <w:proofErr w:type="spellStart"/>
      <w:r w:rsidRPr="00CD3101">
        <w:t>Nejčastější</w:t>
      </w:r>
      <w:proofErr w:type="spellEnd"/>
      <w:r w:rsidRPr="00CD3101">
        <w:t xml:space="preserve"> </w:t>
      </w:r>
      <w:proofErr w:type="spellStart"/>
      <w:r w:rsidRPr="00CD3101">
        <w:t>nemoci</w:t>
      </w:r>
      <w:proofErr w:type="spellEnd"/>
      <w:r w:rsidRPr="00CD3101">
        <w:t xml:space="preserve"> </w:t>
      </w:r>
      <w:proofErr w:type="spellStart"/>
      <w:r w:rsidRPr="00CD3101">
        <w:t>přenášené</w:t>
      </w:r>
      <w:proofErr w:type="spellEnd"/>
      <w:r w:rsidRPr="00CD3101">
        <w:t xml:space="preserve"> </w:t>
      </w:r>
      <w:proofErr w:type="spellStart"/>
      <w:r w:rsidRPr="00CD3101">
        <w:t>kapénkami</w:t>
      </w:r>
      <w:proofErr w:type="spellEnd"/>
    </w:p>
    <w:p w14:paraId="49835E3C" w14:textId="2908414F" w:rsidR="00B44CE8" w:rsidRDefault="00CD3101" w:rsidP="00B44CE8">
      <w:pPr>
        <w:spacing w:after="0"/>
      </w:pPr>
      <w:proofErr w:type="spellStart"/>
      <w:r w:rsidRPr="00CD3101">
        <w:t>Respirační</w:t>
      </w:r>
      <w:proofErr w:type="spellEnd"/>
      <w:r w:rsidRPr="00CD3101">
        <w:t xml:space="preserve"> </w:t>
      </w:r>
      <w:proofErr w:type="spellStart"/>
      <w:r w:rsidRPr="00CD3101">
        <w:t>virové</w:t>
      </w:r>
      <w:proofErr w:type="spellEnd"/>
      <w:r w:rsidRPr="00CD3101">
        <w:t xml:space="preserve"> infekce</w:t>
      </w:r>
    </w:p>
    <w:p w14:paraId="2D321BA3" w14:textId="60EAAC96" w:rsidR="00CD3101" w:rsidRPr="00CD3101" w:rsidRDefault="00CD3101" w:rsidP="00CD3101">
      <w:pPr>
        <w:spacing w:after="0"/>
        <w:rPr>
          <w:lang w:val="cs-CZ"/>
        </w:rPr>
      </w:pPr>
      <w:r w:rsidRPr="00CD3101">
        <w:rPr>
          <w:lang w:val="cs-CZ"/>
        </w:rPr>
        <w:t xml:space="preserve">Nachlazení (rýma) </w:t>
      </w:r>
    </w:p>
    <w:p w14:paraId="765B136E" w14:textId="672E6F26" w:rsidR="00CD3101" w:rsidRPr="00CD3101" w:rsidRDefault="00CD3101" w:rsidP="00CD3101">
      <w:pPr>
        <w:spacing w:after="0"/>
        <w:rPr>
          <w:lang w:val="cs-CZ"/>
        </w:rPr>
      </w:pPr>
      <w:r w:rsidRPr="00CD3101">
        <w:rPr>
          <w:lang w:val="cs-CZ"/>
        </w:rPr>
        <w:t xml:space="preserve">Chřipka </w:t>
      </w:r>
    </w:p>
    <w:p w14:paraId="1F054D49" w14:textId="7B4E6961" w:rsidR="00CD3101" w:rsidRPr="00CD3101" w:rsidRDefault="00CD3101" w:rsidP="00CD3101">
      <w:pPr>
        <w:spacing w:after="0"/>
        <w:rPr>
          <w:lang w:val="cs-CZ"/>
        </w:rPr>
      </w:pPr>
      <w:r w:rsidRPr="00CD3101">
        <w:rPr>
          <w:lang w:val="cs-CZ"/>
        </w:rPr>
        <w:t xml:space="preserve">COVID-19 </w:t>
      </w:r>
    </w:p>
    <w:p w14:paraId="46B34358" w14:textId="66E50CA1" w:rsidR="00CD3101" w:rsidRPr="00CD3101" w:rsidRDefault="00CD3101" w:rsidP="00CD3101">
      <w:pPr>
        <w:spacing w:after="0"/>
      </w:pPr>
      <w:r w:rsidRPr="00CD3101">
        <w:rPr>
          <w:lang w:val="cs-CZ"/>
        </w:rPr>
        <w:t>RS virus (RSV)</w:t>
      </w:r>
    </w:p>
    <w:p w14:paraId="29F12E14" w14:textId="09DD5B0A" w:rsidR="00CD3101" w:rsidRDefault="00CD3101" w:rsidP="00B44CE8">
      <w:pPr>
        <w:spacing w:after="0"/>
      </w:pPr>
      <w:proofErr w:type="spellStart"/>
      <w:r w:rsidRPr="00CD3101">
        <w:t>Bakteriální</w:t>
      </w:r>
      <w:proofErr w:type="spellEnd"/>
      <w:r w:rsidRPr="00CD3101">
        <w:t xml:space="preserve"> infekce </w:t>
      </w:r>
      <w:proofErr w:type="spellStart"/>
      <w:r w:rsidRPr="00CD3101">
        <w:t>dýchacích</w:t>
      </w:r>
      <w:proofErr w:type="spellEnd"/>
      <w:r w:rsidRPr="00CD3101">
        <w:t xml:space="preserve"> </w:t>
      </w:r>
      <w:proofErr w:type="spellStart"/>
      <w:r w:rsidRPr="00CD3101">
        <w:t>cest</w:t>
      </w:r>
      <w:proofErr w:type="spellEnd"/>
    </w:p>
    <w:p w14:paraId="34DCF7D9" w14:textId="69F02570" w:rsidR="00CD3101" w:rsidRPr="00CD3101" w:rsidRDefault="00CD3101" w:rsidP="00CD3101">
      <w:pPr>
        <w:spacing w:after="0"/>
        <w:rPr>
          <w:lang w:val="cs-CZ"/>
        </w:rPr>
      </w:pPr>
      <w:r w:rsidRPr="00CD3101">
        <w:rPr>
          <w:lang w:val="cs-CZ"/>
        </w:rPr>
        <w:t xml:space="preserve">Streptokoková angína </w:t>
      </w:r>
    </w:p>
    <w:p w14:paraId="1C1D0C7C" w14:textId="49044F25" w:rsidR="00CD3101" w:rsidRPr="00CD3101" w:rsidRDefault="00CD3101" w:rsidP="00CD3101">
      <w:pPr>
        <w:spacing w:after="0"/>
        <w:rPr>
          <w:lang w:val="cs-CZ"/>
        </w:rPr>
      </w:pPr>
      <w:r w:rsidRPr="00CD3101">
        <w:rPr>
          <w:lang w:val="cs-CZ"/>
        </w:rPr>
        <w:t xml:space="preserve">Černý kašel (pertuse) </w:t>
      </w:r>
    </w:p>
    <w:p w14:paraId="178A256F" w14:textId="54111C59" w:rsidR="00CD3101" w:rsidRPr="00CD3101" w:rsidRDefault="00CD3101" w:rsidP="00CD3101">
      <w:pPr>
        <w:spacing w:after="0"/>
      </w:pPr>
      <w:r w:rsidRPr="00CD3101">
        <w:rPr>
          <w:lang w:val="cs-CZ"/>
        </w:rPr>
        <w:t>Záškrt (difterie)</w:t>
      </w:r>
    </w:p>
    <w:p w14:paraId="65785E47" w14:textId="58B9D9F3" w:rsidR="00CD3101" w:rsidRDefault="00CD3101" w:rsidP="00B44CE8">
      <w:pPr>
        <w:spacing w:after="0"/>
      </w:pPr>
      <w:proofErr w:type="spellStart"/>
      <w:r w:rsidRPr="00CD3101">
        <w:t>Závažnější</w:t>
      </w:r>
      <w:proofErr w:type="spellEnd"/>
      <w:r w:rsidRPr="00CD3101">
        <w:t xml:space="preserve"> </w:t>
      </w:r>
      <w:proofErr w:type="spellStart"/>
      <w:r w:rsidRPr="00CD3101">
        <w:t>infekční</w:t>
      </w:r>
      <w:proofErr w:type="spellEnd"/>
      <w:r w:rsidRPr="00CD3101">
        <w:t xml:space="preserve"> </w:t>
      </w:r>
      <w:proofErr w:type="spellStart"/>
      <w:r w:rsidRPr="00CD3101">
        <w:t>onemocnění</w:t>
      </w:r>
      <w:proofErr w:type="spellEnd"/>
    </w:p>
    <w:p w14:paraId="3D84DDD4" w14:textId="50C76048" w:rsidR="00CD3101" w:rsidRPr="00CD3101" w:rsidRDefault="00CD3101" w:rsidP="00CD3101">
      <w:pPr>
        <w:spacing w:after="0"/>
        <w:rPr>
          <w:lang w:val="cs-CZ"/>
        </w:rPr>
      </w:pPr>
      <w:r w:rsidRPr="00CD3101">
        <w:rPr>
          <w:lang w:val="cs-CZ"/>
        </w:rPr>
        <w:t xml:space="preserve">Spalničky </w:t>
      </w:r>
    </w:p>
    <w:p w14:paraId="2D3ED520" w14:textId="0283CF5E" w:rsidR="00CD3101" w:rsidRPr="00CD3101" w:rsidRDefault="00CD3101" w:rsidP="00CD3101">
      <w:pPr>
        <w:spacing w:after="0"/>
        <w:rPr>
          <w:lang w:val="cs-CZ"/>
        </w:rPr>
      </w:pPr>
      <w:r w:rsidRPr="00CD3101">
        <w:rPr>
          <w:lang w:val="cs-CZ"/>
        </w:rPr>
        <w:t xml:space="preserve">Meningokokové infekce (zánět mozkových blan) </w:t>
      </w:r>
    </w:p>
    <w:p w14:paraId="0EA34BB5" w14:textId="299F9FB1" w:rsidR="00CD3101" w:rsidRPr="00CD3101" w:rsidRDefault="00CD3101" w:rsidP="00CD3101">
      <w:pPr>
        <w:spacing w:after="0"/>
      </w:pPr>
      <w:r w:rsidRPr="00CD3101">
        <w:rPr>
          <w:lang w:val="cs-CZ"/>
        </w:rPr>
        <w:t xml:space="preserve">Tuberkulóza </w:t>
      </w:r>
      <w:r w:rsidRPr="00CD3101">
        <w:rPr>
          <w:i/>
          <w:iCs/>
          <w:lang w:val="cs-CZ"/>
        </w:rPr>
        <w:t>(částečně i vzduchem – tzv. aerosol)</w:t>
      </w:r>
    </w:p>
    <w:p w14:paraId="2CD48B24" w14:textId="0F573E46" w:rsidR="00CD3101" w:rsidRDefault="00CD3101" w:rsidP="00B44CE8">
      <w:pPr>
        <w:spacing w:after="0"/>
      </w:pPr>
      <w:r w:rsidRPr="00CD3101">
        <w:t xml:space="preserve">Jak se </w:t>
      </w:r>
      <w:proofErr w:type="spellStart"/>
      <w:r w:rsidRPr="00CD3101">
        <w:t>chránit</w:t>
      </w:r>
      <w:proofErr w:type="spellEnd"/>
    </w:p>
    <w:p w14:paraId="7A480F02" w14:textId="444BB67D" w:rsidR="00CD3101" w:rsidRPr="00CD3101" w:rsidRDefault="00CD3101" w:rsidP="00CD3101">
      <w:pPr>
        <w:spacing w:after="0"/>
        <w:rPr>
          <w:lang w:val="cs-CZ"/>
        </w:rPr>
      </w:pPr>
      <w:r w:rsidRPr="00CD3101">
        <w:rPr>
          <w:lang w:val="cs-CZ"/>
        </w:rPr>
        <w:t xml:space="preserve">používat kapesník při kašli a kýchání </w:t>
      </w:r>
    </w:p>
    <w:p w14:paraId="3974C6F9" w14:textId="4AF5DEBC" w:rsidR="00CD3101" w:rsidRPr="00CD3101" w:rsidRDefault="00CD3101" w:rsidP="00CD3101">
      <w:pPr>
        <w:spacing w:after="0"/>
        <w:rPr>
          <w:lang w:val="cs-CZ"/>
        </w:rPr>
      </w:pPr>
      <w:r w:rsidRPr="00CD3101">
        <w:rPr>
          <w:lang w:val="cs-CZ"/>
        </w:rPr>
        <w:t xml:space="preserve">mýt si ruce </w:t>
      </w:r>
    </w:p>
    <w:p w14:paraId="5002130D" w14:textId="63A9E8AC" w:rsidR="00CD3101" w:rsidRPr="00CD3101" w:rsidRDefault="00CD3101" w:rsidP="00CD3101">
      <w:pPr>
        <w:spacing w:after="0"/>
        <w:rPr>
          <w:lang w:val="cs-CZ"/>
        </w:rPr>
      </w:pPr>
      <w:r w:rsidRPr="00CD3101">
        <w:rPr>
          <w:lang w:val="cs-CZ"/>
        </w:rPr>
        <w:t xml:space="preserve">nechodit mezi lidi při nemoci </w:t>
      </w:r>
    </w:p>
    <w:p w14:paraId="7AA1B655" w14:textId="74DD7869" w:rsidR="00CD3101" w:rsidRPr="00CD3101" w:rsidRDefault="00CD3101" w:rsidP="00CD3101">
      <w:pPr>
        <w:spacing w:after="0"/>
        <w:rPr>
          <w:lang w:val="cs-CZ"/>
        </w:rPr>
      </w:pPr>
      <w:r w:rsidRPr="00CD3101">
        <w:rPr>
          <w:lang w:val="cs-CZ"/>
        </w:rPr>
        <w:t xml:space="preserve">větrat místnosti </w:t>
      </w:r>
    </w:p>
    <w:p w14:paraId="3B9BB61F" w14:textId="5370B09D" w:rsidR="00CD3101" w:rsidRPr="00CD3101" w:rsidRDefault="00CD3101" w:rsidP="00CD3101">
      <w:pPr>
        <w:spacing w:after="0"/>
      </w:pPr>
      <w:r w:rsidRPr="00CD3101">
        <w:rPr>
          <w:lang w:val="cs-CZ"/>
        </w:rPr>
        <w:t>očkování (např. spalničky, černý kašel)</w:t>
      </w:r>
    </w:p>
    <w:sectPr w:rsidR="00CD3101" w:rsidRPr="00CD3101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slovanseznam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slovanseznam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Seznamsodrka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Seznamsodrka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slovanseznam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62C7A89"/>
    <w:multiLevelType w:val="hybridMultilevel"/>
    <w:tmpl w:val="6958BB96"/>
    <w:lvl w:ilvl="0" w:tplc="23A24542">
      <w:numFmt w:val="bullet"/>
      <w:lvlText w:val="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E55185A"/>
    <w:multiLevelType w:val="hybridMultilevel"/>
    <w:tmpl w:val="D1CE6F0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417182"/>
    <w:multiLevelType w:val="hybridMultilevel"/>
    <w:tmpl w:val="AFD293A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956C6C"/>
    <w:multiLevelType w:val="hybridMultilevel"/>
    <w:tmpl w:val="49D83306"/>
    <w:lvl w:ilvl="0" w:tplc="08B43952">
      <w:numFmt w:val="bullet"/>
      <w:lvlText w:val="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05341B"/>
    <w:multiLevelType w:val="hybridMultilevel"/>
    <w:tmpl w:val="A098902A"/>
    <w:lvl w:ilvl="0" w:tplc="7D0837DE">
      <w:numFmt w:val="bullet"/>
      <w:lvlText w:val="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332F82"/>
    <w:multiLevelType w:val="hybridMultilevel"/>
    <w:tmpl w:val="A9BE816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B0241F"/>
    <w:multiLevelType w:val="hybridMultilevel"/>
    <w:tmpl w:val="0A92DB90"/>
    <w:lvl w:ilvl="0" w:tplc="60DAE29C">
      <w:numFmt w:val="bullet"/>
      <w:lvlText w:val="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D890269"/>
    <w:multiLevelType w:val="hybridMultilevel"/>
    <w:tmpl w:val="53B8232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0234640">
    <w:abstractNumId w:val="8"/>
  </w:num>
  <w:num w:numId="2" w16cid:durableId="2027513674">
    <w:abstractNumId w:val="6"/>
  </w:num>
  <w:num w:numId="3" w16cid:durableId="974482733">
    <w:abstractNumId w:val="5"/>
  </w:num>
  <w:num w:numId="4" w16cid:durableId="1812745727">
    <w:abstractNumId w:val="4"/>
  </w:num>
  <w:num w:numId="5" w16cid:durableId="267272227">
    <w:abstractNumId w:val="7"/>
  </w:num>
  <w:num w:numId="6" w16cid:durableId="644313937">
    <w:abstractNumId w:val="3"/>
  </w:num>
  <w:num w:numId="7" w16cid:durableId="2022581787">
    <w:abstractNumId w:val="2"/>
  </w:num>
  <w:num w:numId="8" w16cid:durableId="1690714690">
    <w:abstractNumId w:val="1"/>
  </w:num>
  <w:num w:numId="9" w16cid:durableId="1133906779">
    <w:abstractNumId w:val="0"/>
  </w:num>
  <w:num w:numId="10" w16cid:durableId="92478008">
    <w:abstractNumId w:val="10"/>
  </w:num>
  <w:num w:numId="11" w16cid:durableId="1545753015">
    <w:abstractNumId w:val="9"/>
  </w:num>
  <w:num w:numId="12" w16cid:durableId="1720011733">
    <w:abstractNumId w:val="16"/>
  </w:num>
  <w:num w:numId="13" w16cid:durableId="872771462">
    <w:abstractNumId w:val="15"/>
  </w:num>
  <w:num w:numId="14" w16cid:durableId="24183185">
    <w:abstractNumId w:val="14"/>
  </w:num>
  <w:num w:numId="15" w16cid:durableId="627585226">
    <w:abstractNumId w:val="12"/>
  </w:num>
  <w:num w:numId="16" w16cid:durableId="1056124794">
    <w:abstractNumId w:val="11"/>
  </w:num>
  <w:num w:numId="17" w16cid:durableId="141867043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37D46"/>
    <w:rsid w:val="0006063C"/>
    <w:rsid w:val="0015074B"/>
    <w:rsid w:val="0029639D"/>
    <w:rsid w:val="00326F90"/>
    <w:rsid w:val="00380585"/>
    <w:rsid w:val="004D00C9"/>
    <w:rsid w:val="00AA1D8D"/>
    <w:rsid w:val="00B02B8F"/>
    <w:rsid w:val="00B44CE8"/>
    <w:rsid w:val="00B47730"/>
    <w:rsid w:val="00B60E8A"/>
    <w:rsid w:val="00CB0664"/>
    <w:rsid w:val="00CD3101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0413594"/>
  <w14:defaultImageDpi w14:val="300"/>
  <w15:docId w15:val="{819E3007-0425-4747-8B1C-FBB57E58B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C693F"/>
  </w:style>
  <w:style w:type="paragraph" w:styleId="Nadpis1">
    <w:name w:val="heading 1"/>
    <w:basedOn w:val="Normln"/>
    <w:next w:val="Normln"/>
    <w:link w:val="Nadpis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618BF"/>
  </w:style>
  <w:style w:type="paragraph" w:styleId="Zpat">
    <w:name w:val="footer"/>
    <w:basedOn w:val="Normln"/>
    <w:link w:val="Zpat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618BF"/>
  </w:style>
  <w:style w:type="paragraph" w:styleId="Bezmezer">
    <w:name w:val="No Spacing"/>
    <w:uiPriority w:val="1"/>
    <w:qFormat/>
    <w:rsid w:val="00FC693F"/>
    <w:pPr>
      <w:spacing w:after="0" w:line="240" w:lineRule="auto"/>
    </w:pPr>
  </w:style>
  <w:style w:type="character" w:customStyle="1" w:styleId="Nadpis1Char">
    <w:name w:val="Nadpis 1 Char"/>
    <w:basedOn w:val="Standardnpsmoodstavce"/>
    <w:link w:val="Nadpis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zev">
    <w:name w:val="Title"/>
    <w:basedOn w:val="Normln"/>
    <w:next w:val="Normln"/>
    <w:link w:val="Nzev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FC693F"/>
    <w:pPr>
      <w:ind w:left="720"/>
      <w:contextualSpacing/>
    </w:pPr>
  </w:style>
  <w:style w:type="paragraph" w:styleId="Zkladntext">
    <w:name w:val="Body Text"/>
    <w:basedOn w:val="Normln"/>
    <w:link w:val="ZkladntextChar"/>
    <w:uiPriority w:val="99"/>
    <w:unhideWhenUsed/>
    <w:rsid w:val="00AA1D8D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AA1D8D"/>
  </w:style>
  <w:style w:type="paragraph" w:styleId="Zkladntext2">
    <w:name w:val="Body Text 2"/>
    <w:basedOn w:val="Normln"/>
    <w:link w:val="Zkladntext2Char"/>
    <w:uiPriority w:val="99"/>
    <w:unhideWhenUsed/>
    <w:rsid w:val="00AA1D8D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rsid w:val="00AA1D8D"/>
  </w:style>
  <w:style w:type="paragraph" w:styleId="Zkladntext3">
    <w:name w:val="Body Text 3"/>
    <w:basedOn w:val="Normln"/>
    <w:link w:val="Zkladn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AA1D8D"/>
    <w:rPr>
      <w:sz w:val="16"/>
      <w:szCs w:val="16"/>
    </w:rPr>
  </w:style>
  <w:style w:type="paragraph" w:styleId="Seznam">
    <w:name w:val="List"/>
    <w:basedOn w:val="Normln"/>
    <w:uiPriority w:val="99"/>
    <w:unhideWhenUsed/>
    <w:rsid w:val="00AA1D8D"/>
    <w:pPr>
      <w:ind w:left="360" w:hanging="360"/>
      <w:contextualSpacing/>
    </w:pPr>
  </w:style>
  <w:style w:type="paragraph" w:styleId="Seznam2">
    <w:name w:val="List 2"/>
    <w:basedOn w:val="Normln"/>
    <w:uiPriority w:val="99"/>
    <w:unhideWhenUsed/>
    <w:rsid w:val="00326F90"/>
    <w:pPr>
      <w:ind w:left="720" w:hanging="360"/>
      <w:contextualSpacing/>
    </w:pPr>
  </w:style>
  <w:style w:type="paragraph" w:styleId="Seznam3">
    <w:name w:val="List 3"/>
    <w:basedOn w:val="Normln"/>
    <w:uiPriority w:val="99"/>
    <w:unhideWhenUsed/>
    <w:rsid w:val="00326F90"/>
    <w:pPr>
      <w:ind w:left="1080" w:hanging="360"/>
      <w:contextualSpacing/>
    </w:pPr>
  </w:style>
  <w:style w:type="paragraph" w:styleId="Seznamsodrkami">
    <w:name w:val="List Bullet"/>
    <w:basedOn w:val="Normln"/>
    <w:uiPriority w:val="99"/>
    <w:unhideWhenUsed/>
    <w:rsid w:val="00326F90"/>
    <w:pPr>
      <w:numPr>
        <w:numId w:val="1"/>
      </w:numPr>
      <w:contextualSpacing/>
    </w:pPr>
  </w:style>
  <w:style w:type="paragraph" w:styleId="Seznamsodrkami2">
    <w:name w:val="List Bullet 2"/>
    <w:basedOn w:val="Normln"/>
    <w:uiPriority w:val="99"/>
    <w:unhideWhenUsed/>
    <w:rsid w:val="00326F90"/>
    <w:pPr>
      <w:numPr>
        <w:numId w:val="2"/>
      </w:numPr>
      <w:contextualSpacing/>
    </w:pPr>
  </w:style>
  <w:style w:type="paragraph" w:styleId="Seznamsodrkami3">
    <w:name w:val="List Bullet 3"/>
    <w:basedOn w:val="Normln"/>
    <w:uiPriority w:val="99"/>
    <w:unhideWhenUsed/>
    <w:rsid w:val="00326F90"/>
    <w:pPr>
      <w:numPr>
        <w:numId w:val="3"/>
      </w:numPr>
      <w:contextualSpacing/>
    </w:pPr>
  </w:style>
  <w:style w:type="paragraph" w:styleId="slovanseznam">
    <w:name w:val="List Number"/>
    <w:basedOn w:val="Normln"/>
    <w:uiPriority w:val="99"/>
    <w:unhideWhenUsed/>
    <w:rsid w:val="00326F90"/>
    <w:pPr>
      <w:numPr>
        <w:numId w:val="5"/>
      </w:numPr>
      <w:contextualSpacing/>
    </w:pPr>
  </w:style>
  <w:style w:type="paragraph" w:styleId="slovanseznam2">
    <w:name w:val="List Number 2"/>
    <w:basedOn w:val="Normln"/>
    <w:uiPriority w:val="99"/>
    <w:unhideWhenUsed/>
    <w:rsid w:val="0029639D"/>
    <w:pPr>
      <w:numPr>
        <w:numId w:val="6"/>
      </w:numPr>
      <w:contextualSpacing/>
    </w:pPr>
  </w:style>
  <w:style w:type="paragraph" w:styleId="slovanseznam3">
    <w:name w:val="List Number 3"/>
    <w:basedOn w:val="Normln"/>
    <w:uiPriority w:val="99"/>
    <w:unhideWhenUsed/>
    <w:rsid w:val="0029639D"/>
    <w:pPr>
      <w:numPr>
        <w:numId w:val="7"/>
      </w:numPr>
      <w:contextualSpacing/>
    </w:pPr>
  </w:style>
  <w:style w:type="paragraph" w:styleId="Pokraovnseznamu">
    <w:name w:val="List Continue"/>
    <w:basedOn w:val="Normln"/>
    <w:uiPriority w:val="99"/>
    <w:unhideWhenUsed/>
    <w:rsid w:val="0029639D"/>
    <w:pPr>
      <w:spacing w:after="120"/>
      <w:ind w:left="360"/>
      <w:contextualSpacing/>
    </w:pPr>
  </w:style>
  <w:style w:type="paragraph" w:styleId="Pokraovnseznamu2">
    <w:name w:val="List Continue 2"/>
    <w:basedOn w:val="Normln"/>
    <w:uiPriority w:val="99"/>
    <w:unhideWhenUsed/>
    <w:rsid w:val="0029639D"/>
    <w:pPr>
      <w:spacing w:after="120"/>
      <w:ind w:left="720"/>
      <w:contextualSpacing/>
    </w:pPr>
  </w:style>
  <w:style w:type="paragraph" w:styleId="Pokraovnseznamu3">
    <w:name w:val="List Continue 3"/>
    <w:basedOn w:val="Normln"/>
    <w:uiPriority w:val="99"/>
    <w:unhideWhenUsed/>
    <w:rsid w:val="0029639D"/>
    <w:pPr>
      <w:spacing w:after="120"/>
      <w:ind w:left="1080"/>
      <w:contextualSpacing/>
    </w:pPr>
  </w:style>
  <w:style w:type="paragraph" w:styleId="Textmakra">
    <w:name w:val="macro"/>
    <w:link w:val="Textmakra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makraChar">
    <w:name w:val="Text makra Char"/>
    <w:basedOn w:val="Standardnpsmoodstavce"/>
    <w:link w:val="Textmakra"/>
    <w:uiPriority w:val="99"/>
    <w:rsid w:val="0029639D"/>
    <w:rPr>
      <w:rFonts w:ascii="Courier" w:hAnsi="Courier"/>
      <w:sz w:val="20"/>
      <w:szCs w:val="20"/>
    </w:rPr>
  </w:style>
  <w:style w:type="paragraph" w:styleId="Citt">
    <w:name w:val="Quote"/>
    <w:basedOn w:val="Normln"/>
    <w:next w:val="Normln"/>
    <w:link w:val="CittChar"/>
    <w:uiPriority w:val="29"/>
    <w:qFormat/>
    <w:rsid w:val="00FC693F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FC693F"/>
    <w:rPr>
      <w:i/>
      <w:iCs/>
      <w:color w:val="000000" w:themeColor="text1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iln">
    <w:name w:val="Strong"/>
    <w:basedOn w:val="Standardnpsmoodstavce"/>
    <w:uiPriority w:val="22"/>
    <w:qFormat/>
    <w:rsid w:val="00FC693F"/>
    <w:rPr>
      <w:b/>
      <w:bCs/>
    </w:rPr>
  </w:style>
  <w:style w:type="character" w:styleId="Zdraznn">
    <w:name w:val="Emphasis"/>
    <w:basedOn w:val="Standardnpsmoodstavce"/>
    <w:uiPriority w:val="20"/>
    <w:qFormat/>
    <w:rsid w:val="00FC693F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C693F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FC693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FC693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FC693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FC693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FC693F"/>
    <w:pPr>
      <w:outlineLvl w:val="9"/>
    </w:pPr>
  </w:style>
  <w:style w:type="table" w:styleId="Mkatabulky">
    <w:name w:val="Table Grid"/>
    <w:basedOn w:val="Normlntabulka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tlstnovn">
    <w:name w:val="Light Shading"/>
    <w:basedOn w:val="Normlntabulka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stnovnzvraznn1">
    <w:name w:val="Light Shading Accent 1"/>
    <w:basedOn w:val="Normlntabulka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2">
    <w:name w:val="Light Shading Accent 2"/>
    <w:basedOn w:val="Normlntabulka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3">
    <w:name w:val="Light Shading Accent 3"/>
    <w:basedOn w:val="Normlntabulka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tlstnovnzvraznn4">
    <w:name w:val="Light Shading Accent 4"/>
    <w:basedOn w:val="Normlntabulka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tlstnovnzvraznn5">
    <w:name w:val="Light Shading Accent 5"/>
    <w:basedOn w:val="Normlntabulka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tlstnovnzvraznn6">
    <w:name w:val="Light Shading Accent 6"/>
    <w:basedOn w:val="Normlntabulka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Svtlseznam">
    <w:name w:val="Light List"/>
    <w:basedOn w:val="Normlntabul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Svtlseznamzvraznn1">
    <w:name w:val="Light List Accent 1"/>
    <w:basedOn w:val="Normlntabul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Svtlseznamzvraznn2">
    <w:name w:val="Light List Accent 2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Svtlseznamzvraznn3">
    <w:name w:val="Light List Accent 3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Svtlseznamzvraznn4">
    <w:name w:val="Light List Accent 4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Svtlseznamzvraznn5">
    <w:name w:val="Light List Accent 5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Svtlseznamzvraznn6">
    <w:name w:val="Light List Accent 6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Svtlmka">
    <w:name w:val="Light Grid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vtlmkazvraznn1">
    <w:name w:val="Light Grid Accent 1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vtlmkazvraznn2">
    <w:name w:val="Light Grid Accent 2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Svtlmkazvraznn3">
    <w:name w:val="Light Grid Accent 3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Svtlmkazvraznn4">
    <w:name w:val="Light Grid Accent 4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Svtlmkazvraznn5">
    <w:name w:val="Light Grid Accent 5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Svtlmkazvraznn6">
    <w:name w:val="Light Grid Accent 6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tednstnovn1">
    <w:name w:val="Medium Shading 1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1">
    <w:name w:val="Medium Shading 1 Accent 1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2">
    <w:name w:val="Medium Shading 1 Accent 2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3">
    <w:name w:val="Medium Shading 1 Accent 3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4">
    <w:name w:val="Medium Shading 1 Accent 4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5">
    <w:name w:val="Medium Shading 1 Accent 5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6">
    <w:name w:val="Medium Shading 1 Accent 6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2">
    <w:name w:val="Medium Shading 2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1">
    <w:name w:val="Medium Shading 2 Accent 1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2">
    <w:name w:val="Medium Shading 2 Accent 2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3">
    <w:name w:val="Medium Shading 2 Accent 3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4">
    <w:name w:val="Medium Shading 2 Accent 4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5">
    <w:name w:val="Medium Shading 2 Accent 5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6">
    <w:name w:val="Medium Shading 2 Accent 6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eznam1">
    <w:name w:val="Medium List 1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tednseznam1zvraznn1">
    <w:name w:val="Medium List 1 Accent 1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tednseznam1zvraznn2">
    <w:name w:val="Medium List 1 Accent 2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tednseznam1zvraznn3">
    <w:name w:val="Medium List 1 Accent 3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tednseznam1zvraznn4">
    <w:name w:val="Medium List 1 Accent 4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tednseznam1zvraznn5">
    <w:name w:val="Medium List 1 Accent 5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tednseznam1zvraznn6">
    <w:name w:val="Medium List 1 Accent 6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tednseznam2">
    <w:name w:val="Medium List 2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1">
    <w:name w:val="Medium List 2 Accent 1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2">
    <w:name w:val="Medium List 2 Accent 2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3">
    <w:name w:val="Medium List 2 Accent 3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4">
    <w:name w:val="Medium List 2 Accent 4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5">
    <w:name w:val="Medium List 2 Accent 5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6">
    <w:name w:val="Medium List 2 Accent 6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mka1">
    <w:name w:val="Medium Grid 1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tednmka1zvraznn1">
    <w:name w:val="Medium Grid 1 Accent 1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tednmka1zvraznn2">
    <w:name w:val="Medium Grid 1 Accent 2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tednmka1zvraznn3">
    <w:name w:val="Medium Grid 1 Accent 3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tednmka1zvraznn4">
    <w:name w:val="Medium Grid 1 Accent 4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tednmka1zvraznn5">
    <w:name w:val="Medium Grid 1 Accent 5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tednmka1zvraznn6">
    <w:name w:val="Medium Grid 1 Accent 6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tednmka2">
    <w:name w:val="Medium Grid 2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1">
    <w:name w:val="Medium Grid 2 Accent 1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2">
    <w:name w:val="Medium Grid 2 Accent 2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3">
    <w:name w:val="Medium Grid 2 Accent 3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4">
    <w:name w:val="Medium Grid 2 Accent 4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5">
    <w:name w:val="Medium Grid 2 Accent 5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6">
    <w:name w:val="Medium Grid 2 Accent 6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3">
    <w:name w:val="Medium Grid 3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Stednmka3zvraznn1">
    <w:name w:val="Medium Grid 3 Accent 1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Stednmka3zvraznn2">
    <w:name w:val="Medium Grid 3 Accent 2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Stednmka3zvraznn3">
    <w:name w:val="Medium Grid 3 Accent 3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Stednmka3zvraznn4">
    <w:name w:val="Medium Grid 3 Accent 4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Stednmka3zvraznn5">
    <w:name w:val="Medium Grid 3 Accent 5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Stednmka3zvraznn6">
    <w:name w:val="Medium Grid 3 Accent 6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Tmavseznam">
    <w:name w:val="Dark List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mavseznamzvraznn1">
    <w:name w:val="Dark List Accent 1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mavseznamzvraznn2">
    <w:name w:val="Dark List Accent 2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mavseznamzvraznn3">
    <w:name w:val="Dark List Accent 3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mavseznamzvraznn4">
    <w:name w:val="Dark List Accent 4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mavseznamzvraznn5">
    <w:name w:val="Dark List Accent 5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mavseznamzvraznn6">
    <w:name w:val="Dark List Accent 6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Barevnstnovn">
    <w:name w:val="Colorful Shading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1">
    <w:name w:val="Colorful Shading Accent 1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2">
    <w:name w:val="Colorful Shading Accent 2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3">
    <w:name w:val="Colorful Shading Accent 3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Barevnstnovnzvraznn4">
    <w:name w:val="Colorful Shading Accent 4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5">
    <w:name w:val="Colorful Shading Accent 5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6">
    <w:name w:val="Colorful Shading Accent 6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eznam">
    <w:name w:val="Colorful List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Barevnseznamzvraznn1">
    <w:name w:val="Colorful List Accent 1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Barevnseznamzvraznn2">
    <w:name w:val="Colorful List Accent 2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Barevnseznamzvraznn3">
    <w:name w:val="Colorful List Accent 3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Barevnseznamzvraznn4">
    <w:name w:val="Colorful List Accent 4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Barevnseznamzvraznn5">
    <w:name w:val="Colorful List Accent 5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Barevnseznamzvraznn6">
    <w:name w:val="Colorful List Accent 6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Barevnmka">
    <w:name w:val="Colorful Grid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Barevnmkazvraznn1">
    <w:name w:val="Colorful Grid Accent 1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Barevnmkazvraznn2">
    <w:name w:val="Colorful Grid Accent 2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Barevnmkazvraznn3">
    <w:name w:val="Colorful Grid Accent 3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Barevnmkazvraznn4">
    <w:name w:val="Colorful Grid Accent 4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Barevnmkazvraznn5">
    <w:name w:val="Colorful Grid Accent 5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Barevnmkazvraznn6">
    <w:name w:val="Colorful Grid Accent 6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247</Words>
  <Characters>1460</Characters>
  <Application>Microsoft Office Word</Application>
  <DocSecurity>0</DocSecurity>
  <Lines>12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1704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Učebna Čtrnáctucitel</cp:lastModifiedBy>
  <cp:revision>3</cp:revision>
  <dcterms:created xsi:type="dcterms:W3CDTF">2026-03-25T12:17:00Z</dcterms:created>
  <dcterms:modified xsi:type="dcterms:W3CDTF">2026-03-25T12:28:00Z</dcterms:modified>
  <cp:category/>
</cp:coreProperties>
</file>